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אליעזר בן־יהודה והמילים החדשות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כיצד הפכה העברית משפת ספרים לשפת דיבור יומיומית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תהליך חידוש המילים באמצעות שורש ומשקל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ומושגי לשון מתוך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יידיש, לדינו, ערבית ועוד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שידברו רק 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בנו הבכור של בן־יהודה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המילון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מהתנ״ך, המשנה וספרות ימי הביניים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הדוברים עצמם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היא הייתה שפת ספרים ותפילות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ממשיכי דרכו השלימו את הכרכים האחרונים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הם לקחו שורש עתיק ויצקו אותו לתבנית מוכרת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חלק נקלטו וחלק נשכחו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מצוין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נעול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תשע־עשרה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מילון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מוכרת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דוברים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הכרעה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(ספרי היסוד של התרבות היהודית)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(חיזק ונתן כוח להמשיך)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(אלה שהקימו גוף או 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(החלקים של ספר גדול)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(מכניסים חומר לתבנית)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העברית הייתה שפת ספרים ותפילות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בן־יהודה עולה לארץ ישראל ומחליט לדבר עברית בבית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בן־יהודה אוסף מילים ועובד על המילון במשך עשרות שנים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ממשיכי דרכו משלימים את הכרכים האחרונים אחרי מותו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מיליוני אנשים מדברים עברית כיום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לציין בחירת שורש קיים ותבנית מוכרת, והסבר קצר להיגיון הבחירה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תשובות אפשריות: שמירה על תרבות וזהות, יצירת שפה משותפת לעם מפוזר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שפת ספרים ותפילות שהפכה לשפת דיבור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לוקחים שורש עתיק ויוצקים אותו לתבנית/משקל מוכר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הדוברים 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מילים שהתלמידים מכירים וחושבים שהן חדשות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על הלוח דוגמה אחת של שורש ומשקל היוצרים מילה מוכרת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הפתוח, לעודד תלמידים לחשוב על מילה אמיתית שחסרה להם היום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אליעזר בן־יהודה והמילים החדשות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הטקסט מספר על אליעזר בן־יהודה ועל המאבק להחזיר את העברית לשפת דיבור חיה, ועל הדרך שבה נבנות מילים חדשות משורש ומשקל.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שפה דיברו יהודים בבית לפני כמאה וחמישים שנה,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עברית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יידיש, לדינו, ערבית ועוד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ארמית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החליט בן־יהודה לגבי ביתו?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שידברו רק יידיש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שידברו רק 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שלא ידברו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שידברו שפות רבות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נקרא לפי המסופר 'הילד העברי הראשון'?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אליעזר בן־יהודה עצמו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בנו הבכור של בן־יהודה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חבר של בן־יהודה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דמות כזו בטקסט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מפעל חייו הגדול של בן־יהודה?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בניית 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כתיבת 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המילון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הקמת 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ממה אספו מחדשי הלשון את המילים למילון?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מהתנ״ך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מהתנ״ך, המשנה וספרות ימי הביניים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משפות זרות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מהעיתונות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מי בסופו של דבר הכריע אילו מילים חדשות יישארו בשימוש?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ועד הלשון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בן־יהודה לבדו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הדוברים עצמם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ממשלת הארץ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העברית הייתה שפת דיבור יומיומית לפני מאה וחמישים שנה.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בן־יהודה היה בין מייסדי ועד הלשון.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בן־יהודה הספיק לסיים את המילון לבדו בחייו.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מחדשי הלשון המציאו צלילים חדשים מהאוויר במקום להשתמש בשורשים.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המילים החדשות שהוצעו נקלטו בשפה.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ועד הלשון התפתח לימים לאקדמיה ללשון העברית.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העברית הייתה כמו אוצר יקר שנשמר בארון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בן־יהודה עלה לארץ ישראל בסוף המאה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מפעל חייו הגדול של בן־יהודה היה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מחדשי הלשון לוקחים שורש עתיק ויוצקים אותו לתבנית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את ההכרעה אילו מילים יישארו קיבלו בסוף ה__________ עצמם.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ה__________ היא ההחלטה הסופית.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המקורות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החלקים של ספר גדול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עודד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מכניסים חומר לתבנית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מייסדי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ספרי היסוד של התרבות היהודית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הכרכים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חיזק ונתן כוח להמשיך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יוצקים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אלה שהקימו גוף או מקום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האירועים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בן־יהודה עולה לארץ ישראל ומחליט לדבר עברית בבית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ממשיכי דרכו משלימים את הכרכים האחרונים אחרי מותו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העברית הייתה שפת ספרים ותפילות בלבד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מיליוני אנשים מדברים עברית כיום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בן־יהודה אוסף מילים ועובד על המילון במשך עשרות שנים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שאתם רוצים לבקש בעברית מילה שעוד לא קיימת. הסבירו איך הייתם ממציאים אותה לפי שיטת השורש והמשקל שבטקסט.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לדעתכם, למה חשוב שאנשים כמו בן־יהודה ינסו להחיות שפה? כתבו שתי סיבות.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הייתה העברית לפני כמאה וחמישים שנה, ומה השתנה?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בונים מילה חדשה לפי השיטה שבטקסט?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בסוף מחליט אילו מילים חדשות נשארות בשפה?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אליעזר בן־יהודה והמילים החדשות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