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הפכה העברית משפת ספרים לשפת דיבור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חידוש המילים באמצעות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ומושגי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יידיש, לדינו, ערבית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בנו הבכור של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מהתנ״ך, המשנה וספרות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הדוברים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ממשיכי דרכו השלימו את הכרכים האחרונים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לקחו שורש עתיק ויצקו אותו לתבנית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חלק נקלטו וחלק נשכחו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 היסוד של התרבות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(חיזק ונתן כוח להמשיך)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(אלה שהקימו גוף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(החלקים של ספר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(מכניסים חומר לתבנית)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עולה לארץ ישראל ומחליט לדבר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אוסף מילים ועובד על המילון במשך עשרות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 דרכו משלימים את הכרכים האחרונים אחרי 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מיליוני אנשים מדברים עברית כיום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בחירת שורש קיים ותבנית מוכרת, והסבר קצר להיגיון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שמירה על תרבות וזהות, יצירת שפה משותפת לעם מפוזר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שפת ספרים ותפילות שהפכה לשפת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שורש עתיק ויוצקים אותו לתבנית/משקל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שהתלמידים מכירים וחושבים שהן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שורש ומשקל היוצרים מילה 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מילה אמיתית שחסרה להם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איש בשם אליעזר בן־יהודה. הוא רצה שאנשים ידברו עברית בבית ולא רק בספרים. הוא עזר ליצור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 היסוד של התרבות היהודית: תנ״ך, משנה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חיזק ונתן כוח ורצון להמשיך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שהקימו והתחילו גוף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גדולה וחשובה לאורך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החלקים של ספר גדול, כל אחד בכריכה נפרדת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חומר לתבנית, כמו בצק לתבנית אפייה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ההכרעה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הסופית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שפה דיברו בבית לפני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יידיש, לדינו, ערבית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בן־יהודה החליט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רק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שפות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הילד שגדל שומע רק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בן־יהודה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הבכור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דמות כזו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העבודה הגדולה שבן־יהודה עשה כל 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לקחו את המילים הישנות?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מהתנ״ך, המשנה וספרות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מהעיתונות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החליט אילו מילים חדשות ישארו?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הלשון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ממשלת הארץ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שפת דיבור יומיומית לפני מאה וחמישים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היה בין מייסדי ועד הלשון.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הספיק לסיים את המילון לבדו בחייו.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מחדשי הלשון המציאו צלילים חדשים מהאוויר במקום להשתמש בשורשים.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החדשות שהוצעו נקלטו בשפה.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הלשון התפתח לימים לאקדמיה ללשון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העברית הייתה כמו אוצר יקר שנשמר בארון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בן־יהודה עלה לארץ ישראל בסוף המאה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מפעל חייו הגדול של בן־יהודה היה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מחדשי הלשון לוקחים שורש עתיק ויוצקים אותו לתבנית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ההכרעה אילו מילים יישארו קיבלו בסוף ה__________ עצמם.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היא ההחלטה הסופית.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מכניסים חומר לתבנית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החלקים של ספר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מייסדי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 היסוד של התרבות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חיזק ונתן כוח להמשיך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יוצקים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אלה שהקימו גוף או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מיליוני אנשים מדברים עברית כיום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 דרכו משלימים את הכרכים האחרונים אחרי מותו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עולה לארץ ישראל ומחליט לדבר עברית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שפת ספרים ותפילות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אוסף מילים ועובד על המילון במשך עשרות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רוצים לבקש בעברית מילה שעוד לא קיימת. הסבירו איך הייתם ממציאים אותה לפי שיטת השורש והמשקל שבטקסט.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למה חשוב שאנשים כמו בן־יהודה ינסו להחיות שפה? כתבו שתי סיבות.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העברית לפני כמאה וחמישים שנה, ומה השתנה?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מילה חדשה לפי השיטה שבטקסט?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בסוף מחליט אילו מילים חדשות נשארות בשפה?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