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הפכה העברית משפת ספרים לשפת דיבור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חידוש המילים באמצעות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ומושגי לשון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יידיש, לדינו, ערבית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שידברו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הייתה שפת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ממשיכי דרכו השלימו את הכרכים האחרונים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תשע־עשרה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מוכרת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 היסוד של התרבות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(חיזק ונתן כוח להמשיך)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(אלה שהקימו גוף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(החלקים של ספר 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העברית הייתה שפת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בן־יהודה עולה לארץ ישראל ומחליט לדבר עברית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בן־יהודה אוסף מילים ועובד על המילון במשך עשרות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 דרכו משלימים את הכרכים האחרונים אחרי 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בחירת שורש קיים ותבנית מוכרת, והסבר קצר להיגיון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שפת ספרים ותפילות שהפכה לשפת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לוקחים שורש עתיק ויוצקים אותו לתבנית/משקל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מילים שהתלמידים מכירים וחושבים שהן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דוגמה אחת של שורש ומשקל היוצרים מילה 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תלמידים לחשוב על מילה אמיתית שחסרה להם היום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אליעזר בן־יהודה ועל המאבק להחזיר את העברית לשפת דיבור חיה, ועל הדרך שבה נבנות מילים חדשות משורש ומשקל.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נעול  ·  מוכרת  ·  מילון  ·  תשע־עשרה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שפה דיברו יהודים בבית לפני כמאה וחמישים שנה,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יידיש, לדינו, ערבית ועוד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החליט בן־יהודה לגבי 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שידברו רק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שידברו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שלא ידברו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מפעל חייו הגדול של בן־יהודה?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בניית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כתיבת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המילון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העברית הייתה שפת דיבור יומיומית לפני מאה וחמישים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היה בין מייסדי ועד הלשון.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הספיק לסיים את המילון לבדו בחייו.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העברית הייתה כמו אוצר יקר שנשמר בארון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בן־יהודה עלה לארץ ישראל בסוף המאה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מפעל חייו הגדול של בן־יהודה היה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מחדשי הלשון לוקחים שורש עתיק ויוצקים אותו לתבנית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אלה שהקימו גוף או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החלקים של ספר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מייסדי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ספרי היסוד של התרבות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חיזק ונתן כוח להמשיך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עולה לארץ ישראל ומחליט לדבר עברית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אוסף מילים ועובד על המילון במשך עשרות שנים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ממשיכי דרכו משלימים את הכרכים האחרונים אחרי מותו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העברית הייתה שפת ספרים ותפילות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רוצים לבקש בעברית מילה שעוד לא קיימת. הסבירו איך הייתם ממציאים אותה לפי שיטת השורש והמשקל שבטקסט.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העברית לפני כמאה וחמישים שנה, ומה השתנה?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בונים מילה חדשה לפי השיטה שבטקסט?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בן־יהודה והמילים החדשות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